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3364" w14:textId="77777777" w:rsidR="004F02D0" w:rsidRDefault="00000000">
      <w:pPr>
        <w:spacing w:after="40"/>
      </w:pPr>
      <w:r>
        <w:rPr>
          <w:b/>
          <w:color w:val="1E3A8A"/>
          <w:sz w:val="36"/>
        </w:rPr>
        <w:t>ALEXANDRE BARBOSA DA SILVA ROSSI</w:t>
      </w:r>
    </w:p>
    <w:p w14:paraId="4C197D89" w14:textId="77777777" w:rsidR="004F02D0" w:rsidRDefault="00000000">
      <w:pPr>
        <w:spacing w:after="80"/>
      </w:pPr>
      <w:r>
        <w:rPr>
          <w:b/>
          <w:color w:val="64748B"/>
          <w:sz w:val="22"/>
        </w:rPr>
        <w:t>Desenvolvedor de Software Júnior | Front-End &amp; Quality Assurance (QA)</w:t>
      </w:r>
    </w:p>
    <w:p w14:paraId="08F1D46E" w14:textId="77777777" w:rsidR="004F02D0" w:rsidRDefault="00000000">
      <w:r>
        <w:t>São Paulo, SP | (11) 97652-4023 | ticoalexandrerossi@gmail.com</w:t>
      </w:r>
      <w:r>
        <w:br/>
        <w:t>LinkedIn: linkedin.com/in/alexandre-rossi-67b761183 | Portfólio: alexandreportifolio.shop</w:t>
      </w:r>
    </w:p>
    <w:p w14:paraId="406F2367" w14:textId="77777777" w:rsidR="004F02D0" w:rsidRDefault="00000000">
      <w:pPr>
        <w:pBdr>
          <w:bottom w:val="single" w:sz="6" w:space="2" w:color="1E3A8A"/>
        </w:pBdr>
        <w:spacing w:before="200" w:after="80"/>
      </w:pPr>
      <w:r>
        <w:rPr>
          <w:b/>
          <w:color w:val="1E3A8A"/>
          <w:sz w:val="22"/>
        </w:rPr>
        <w:t>RESUMO PROFISSIONAL</w:t>
      </w:r>
    </w:p>
    <w:p w14:paraId="02ADFD0A" w14:textId="71A05BBB" w:rsidR="004F02D0" w:rsidRDefault="00000000">
      <w:pPr>
        <w:spacing w:after="80"/>
      </w:pPr>
      <w:r>
        <w:t xml:space="preserve">Desenvolvedor de Software Júnior em formação em Análise e Desenvolvimento de Sistemas (Universidade Estácio), com atuação focada em Desenvolvimento Front-End, Engenharia de Software e Garantia de Qualidade (QA). Experiência prática na construção de aplicações web e interfaces responsivas utilizando JavaScript (ES6+), HTML5, CSS3 e Python, além de modelagem e consulta em banco de dados relacional PostgreSQL (SQL). </w:t>
      </w:r>
      <w:r w:rsidR="004C6034">
        <w:t>T</w:t>
      </w:r>
      <w:r>
        <w:t xml:space="preserve">este de software e automação de testes E2E e API REST utilizando Cypress, Postman e Node.js, </w:t>
      </w:r>
      <w:proofErr w:type="spellStart"/>
      <w:r>
        <w:t>adaptabilidade</w:t>
      </w:r>
      <w:proofErr w:type="spellEnd"/>
      <w:r>
        <w:t xml:space="preserve">, </w:t>
      </w:r>
      <w:proofErr w:type="spellStart"/>
      <w:r>
        <w:t>comunicação</w:t>
      </w:r>
      <w:proofErr w:type="spellEnd"/>
      <w:r>
        <w:t xml:space="preserve"> </w:t>
      </w:r>
      <w:proofErr w:type="spellStart"/>
      <w:r>
        <w:t>clara</w:t>
      </w:r>
      <w:proofErr w:type="spellEnd"/>
      <w:r>
        <w:t xml:space="preserve"> e compromisso com boas práticas de código limpo.</w:t>
      </w:r>
    </w:p>
    <w:p w14:paraId="67D11B35" w14:textId="77777777" w:rsidR="004F02D0" w:rsidRDefault="00000000">
      <w:pPr>
        <w:pBdr>
          <w:bottom w:val="single" w:sz="6" w:space="2" w:color="1E3A8A"/>
        </w:pBdr>
        <w:spacing w:before="200" w:after="80"/>
      </w:pPr>
      <w:r>
        <w:rPr>
          <w:b/>
          <w:color w:val="1E3A8A"/>
          <w:sz w:val="22"/>
        </w:rPr>
        <w:t>HABILIDADES TÉCNICAS &amp; PALAVRAS-CHAVE DE TI</w:t>
      </w:r>
    </w:p>
    <w:p w14:paraId="5C0DB166" w14:textId="77777777" w:rsidR="004F02D0" w:rsidRDefault="00000000">
      <w:pPr>
        <w:spacing w:after="40"/>
        <w:ind w:left="216"/>
      </w:pPr>
      <w:r>
        <w:rPr>
          <w:b/>
        </w:rPr>
        <w:t xml:space="preserve">•  Linguagens de Programação: </w:t>
      </w:r>
      <w:r>
        <w:t>JavaScript (ES6+), Python, TypeScript, SQL, Node.js</w:t>
      </w:r>
    </w:p>
    <w:p w14:paraId="145B6B2D" w14:textId="0AEDFE63" w:rsidR="004F02D0" w:rsidRDefault="00000000">
      <w:pPr>
        <w:spacing w:after="40"/>
        <w:ind w:left="216"/>
      </w:pPr>
      <w:r>
        <w:rPr>
          <w:b/>
        </w:rPr>
        <w:t xml:space="preserve">•  Desenvolvimento Front-End: </w:t>
      </w:r>
      <w:r>
        <w:t xml:space="preserve">HTML5, CSS3, JavaScript, Web </w:t>
      </w:r>
      <w:proofErr w:type="spellStart"/>
      <w:r>
        <w:t>Responsiv</w:t>
      </w:r>
      <w:r w:rsidR="001B20D5">
        <w:t>a</w:t>
      </w:r>
      <w:proofErr w:type="spellEnd"/>
    </w:p>
    <w:p w14:paraId="122B5E04" w14:textId="31ACC1CA" w:rsidR="004F02D0" w:rsidRDefault="00000000">
      <w:pPr>
        <w:spacing w:after="40"/>
        <w:ind w:left="216"/>
      </w:pPr>
      <w:r>
        <w:rPr>
          <w:b/>
        </w:rPr>
        <w:t xml:space="preserve">•  Banco de Dados &amp; Ferramentas: </w:t>
      </w:r>
      <w:r>
        <w:t>PostgreSQL, SQL Queries, Git, GitHub, VS Code</w:t>
      </w:r>
    </w:p>
    <w:p w14:paraId="24C26991" w14:textId="77777777" w:rsidR="004F02D0" w:rsidRDefault="00000000">
      <w:pPr>
        <w:spacing w:after="40"/>
        <w:ind w:left="216"/>
      </w:pPr>
      <w:r>
        <w:rPr>
          <w:b/>
        </w:rPr>
        <w:t xml:space="preserve">•  Testes e Qualidade (QA): </w:t>
      </w:r>
      <w:r>
        <w:t>Cypress, Testes Automatizados E2E, Testes de API (Postman), Casos de Teste, QA / Quality Assurance</w:t>
      </w:r>
    </w:p>
    <w:p w14:paraId="5158964C" w14:textId="5C6A29DC" w:rsidR="004F02D0" w:rsidRDefault="00000000">
      <w:pPr>
        <w:spacing w:after="40"/>
        <w:ind w:left="216"/>
      </w:pPr>
      <w:r>
        <w:rPr>
          <w:b/>
        </w:rPr>
        <w:t xml:space="preserve">•  Metodologias &amp; Soft Skills: </w:t>
      </w:r>
      <w:proofErr w:type="spellStart"/>
      <w:r>
        <w:t>Lógica</w:t>
      </w:r>
      <w:proofErr w:type="spellEnd"/>
      <w:r>
        <w:t xml:space="preserve"> de </w:t>
      </w:r>
      <w:proofErr w:type="spellStart"/>
      <w:r>
        <w:t>Programação</w:t>
      </w:r>
      <w:proofErr w:type="spellEnd"/>
      <w:r>
        <w:t xml:space="preserve">, </w:t>
      </w:r>
      <w:proofErr w:type="spellStart"/>
      <w:r>
        <w:t>Resolução</w:t>
      </w:r>
      <w:proofErr w:type="spellEnd"/>
      <w:r>
        <w:t xml:space="preserve"> de </w:t>
      </w:r>
      <w:proofErr w:type="spellStart"/>
      <w:r>
        <w:t>Problemas</w:t>
      </w:r>
      <w:proofErr w:type="spellEnd"/>
      <w:r w:rsidR="001B20D5">
        <w:t xml:space="preserve">, </w:t>
      </w:r>
      <w:proofErr w:type="spellStart"/>
      <w:r>
        <w:t>Trabalho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Equipe, </w:t>
      </w:r>
      <w:proofErr w:type="spellStart"/>
      <w:r>
        <w:t>Aprendizado</w:t>
      </w:r>
      <w:proofErr w:type="spellEnd"/>
      <w:r>
        <w:t xml:space="preserve"> </w:t>
      </w:r>
      <w:proofErr w:type="spellStart"/>
      <w:r>
        <w:t>Rápido</w:t>
      </w:r>
      <w:proofErr w:type="spellEnd"/>
    </w:p>
    <w:p w14:paraId="4E8ACB68" w14:textId="77777777" w:rsidR="004F02D0" w:rsidRDefault="00000000">
      <w:pPr>
        <w:pBdr>
          <w:bottom w:val="single" w:sz="6" w:space="2" w:color="1E3A8A"/>
        </w:pBdr>
        <w:spacing w:before="200" w:after="80"/>
      </w:pPr>
      <w:r>
        <w:rPr>
          <w:b/>
          <w:color w:val="1E3A8A"/>
          <w:sz w:val="22"/>
        </w:rPr>
        <w:t>EXPERIÊNCIA PROFISSIONAL EM TECNOLOGIA</w:t>
      </w:r>
    </w:p>
    <w:p w14:paraId="3DAA40E7" w14:textId="77777777" w:rsidR="004F02D0" w:rsidRDefault="00000000">
      <w:pPr>
        <w:spacing w:before="80" w:after="20"/>
      </w:pPr>
      <w:r>
        <w:rPr>
          <w:b/>
        </w:rPr>
        <w:t>Desenvolvedor Front-End (Freelancer)</w:t>
      </w:r>
      <w:r>
        <w:t xml:space="preserve"> | Lucas Gomes Informática Ltda </w:t>
      </w:r>
      <w:r>
        <w:tab/>
        <w:t>Set/2024 – Nov/2024</w:t>
      </w:r>
    </w:p>
    <w:p w14:paraId="4788BBE1" w14:textId="77777777" w:rsidR="004F02D0" w:rsidRDefault="00000000">
      <w:pPr>
        <w:spacing w:after="40"/>
        <w:ind w:left="288"/>
      </w:pPr>
      <w:r>
        <w:t>•  Desenvolvimento e manutenção de interfaces web responsivas, dinâmicas e acessíveis utilizando HTML5, CSS3 e JavaScript.</w:t>
      </w:r>
    </w:p>
    <w:p w14:paraId="639C7809" w14:textId="77777777" w:rsidR="004F02D0" w:rsidRPr="004C6034" w:rsidRDefault="00000000">
      <w:pPr>
        <w:spacing w:after="40"/>
        <w:ind w:left="288"/>
        <w:rPr>
          <w:u w:val="single"/>
        </w:rPr>
      </w:pPr>
      <w:r>
        <w:t>•  Integração de layouts e tradução de requisitos funcionais em código eficiente, garantindo compatibilidade entre navegadores (Cross-browser) e boa usabilidade (UI/UX).</w:t>
      </w:r>
    </w:p>
    <w:p w14:paraId="04B5CE2F" w14:textId="77777777" w:rsidR="004F02D0" w:rsidRDefault="00000000">
      <w:pPr>
        <w:spacing w:after="40"/>
        <w:ind w:left="288"/>
      </w:pPr>
      <w:r>
        <w:t>•  Aplicação de boas práticas de estruturação de código, estilização moderna e versionamento de código com Git/GitHub.</w:t>
      </w:r>
    </w:p>
    <w:p w14:paraId="4DB39D8A" w14:textId="77777777" w:rsidR="004F02D0" w:rsidRDefault="00000000">
      <w:pPr>
        <w:spacing w:before="80" w:after="20"/>
      </w:pPr>
      <w:r>
        <w:rPr>
          <w:b/>
        </w:rPr>
        <w:t>Suporte Técnico e Atendimento Corporativo</w:t>
      </w:r>
      <w:r>
        <w:t xml:space="preserve"> | UOL (Universo Online) </w:t>
      </w:r>
      <w:r>
        <w:tab/>
        <w:t>Abr/2025 – Mai/2025</w:t>
      </w:r>
    </w:p>
    <w:p w14:paraId="7EAFA75F" w14:textId="77777777" w:rsidR="004F02D0" w:rsidRDefault="00000000">
      <w:pPr>
        <w:spacing w:after="40"/>
        <w:ind w:left="288"/>
      </w:pPr>
      <w:r>
        <w:t>•  Suporte técnico de Nível 1 e 2 em ambiente corporativo de tecnologia de grande porte, com triagem e resolução de incidentes.</w:t>
      </w:r>
    </w:p>
    <w:p w14:paraId="33B4EB76" w14:textId="77777777" w:rsidR="004F02D0" w:rsidRDefault="00000000">
      <w:pPr>
        <w:spacing w:after="40"/>
        <w:ind w:left="288"/>
      </w:pPr>
      <w:r>
        <w:t>•  Análise de chamados técnicos, diagnóstico de falhas em sistemas e plataformas web, garantindo SLA e satisfação dos usuários.</w:t>
      </w:r>
    </w:p>
    <w:p w14:paraId="3EB9E2C3" w14:textId="77777777" w:rsidR="004F02D0" w:rsidRDefault="00000000">
      <w:pPr>
        <w:spacing w:after="40"/>
        <w:ind w:left="288"/>
      </w:pPr>
      <w:r>
        <w:t>•  Comunicação técnica clara com times de desenvolvimento e clientes corporativos para mitigação de erros operacionais.</w:t>
      </w:r>
    </w:p>
    <w:p w14:paraId="7C3D24F5" w14:textId="77777777" w:rsidR="004F02D0" w:rsidRDefault="00000000">
      <w:pPr>
        <w:spacing w:before="80" w:after="20"/>
      </w:pPr>
      <w:r>
        <w:rPr>
          <w:b/>
        </w:rPr>
        <w:t>Técnico de Manutenção e Infraestrutura de TI</w:t>
      </w:r>
      <w:r>
        <w:t xml:space="preserve"> | Ribatech </w:t>
      </w:r>
      <w:r>
        <w:tab/>
        <w:t>Jan/2014 – Mar/2014</w:t>
      </w:r>
    </w:p>
    <w:p w14:paraId="50BFCE34" w14:textId="77777777" w:rsidR="004F02D0" w:rsidRDefault="00000000">
      <w:pPr>
        <w:spacing w:after="40"/>
        <w:ind w:left="288"/>
      </w:pPr>
      <w:r>
        <w:t>•  Diagnóstico de problemas de hardware e software, configuração de sistemas operacionais e manutenção de computadores.</w:t>
      </w:r>
    </w:p>
    <w:p w14:paraId="69567CD3" w14:textId="77777777" w:rsidR="004F02D0" w:rsidRDefault="00000000">
      <w:pPr>
        <w:spacing w:after="40"/>
        <w:ind w:left="288"/>
      </w:pPr>
      <w:r>
        <w:t>•  Suporte direto ao usuário final, desenvolvendo raciocínio lógico estruturado para solução de problemas computacionais.</w:t>
      </w:r>
    </w:p>
    <w:p w14:paraId="35FFA5FC" w14:textId="77777777" w:rsidR="004F02D0" w:rsidRDefault="00000000">
      <w:pPr>
        <w:pBdr>
          <w:bottom w:val="single" w:sz="6" w:space="2" w:color="1E3A8A"/>
        </w:pBdr>
        <w:spacing w:before="200" w:after="80"/>
      </w:pPr>
      <w:r>
        <w:rPr>
          <w:b/>
          <w:color w:val="1E3A8A"/>
          <w:sz w:val="22"/>
        </w:rPr>
        <w:t>FORMAÇÃO ACADÊMICA &amp; CURSOS ESPECIALIZADOS</w:t>
      </w:r>
    </w:p>
    <w:p w14:paraId="2B8F8DA3" w14:textId="77777777" w:rsidR="004F02D0" w:rsidRDefault="00000000">
      <w:pPr>
        <w:spacing w:after="40"/>
      </w:pPr>
      <w:r>
        <w:rPr>
          <w:b/>
        </w:rPr>
        <w:t>Tecnólogo em Análise e Desenvolvimento de Sistemas</w:t>
      </w:r>
      <w:r>
        <w:t xml:space="preserve"> — Universidade Estácio</w:t>
      </w:r>
    </w:p>
    <w:p w14:paraId="3D397EEE" w14:textId="77777777" w:rsidR="004F02D0" w:rsidRDefault="00000000">
      <w:pPr>
        <w:spacing w:after="40"/>
        <w:ind w:left="216"/>
      </w:pPr>
      <w:r>
        <w:t>•  Formação Completa em QA e Automação de Testes (Cypress, Postman, Node.js, JavaScript) — Udemy</w:t>
      </w:r>
    </w:p>
    <w:p w14:paraId="61C74CB2" w14:textId="77777777" w:rsidR="004F02D0" w:rsidRDefault="00000000">
      <w:pPr>
        <w:pBdr>
          <w:bottom w:val="single" w:sz="6" w:space="2" w:color="1E3A8A"/>
        </w:pBdr>
        <w:spacing w:before="200" w:after="80"/>
      </w:pPr>
      <w:r>
        <w:rPr>
          <w:b/>
          <w:color w:val="1E3A8A"/>
          <w:sz w:val="22"/>
        </w:rPr>
        <w:t>OUTRAS EXPERIÊNCIAS PROFISSIONAIS</w:t>
      </w:r>
    </w:p>
    <w:p w14:paraId="35D63982" w14:textId="77777777" w:rsidR="004F02D0" w:rsidRDefault="00000000">
      <w:pPr>
        <w:spacing w:after="60"/>
      </w:pPr>
      <w:r>
        <w:t>Atuações operacionais e comerciais que consolidaram competências comportamentais essenciais como inteligência emocional, foco em processos, cumprimento de prazos e resiliência:</w:t>
      </w:r>
    </w:p>
    <w:p w14:paraId="7668F8D4" w14:textId="77777777" w:rsidR="004F02D0" w:rsidRDefault="00000000">
      <w:pPr>
        <w:spacing w:after="40"/>
        <w:ind w:left="216"/>
      </w:pPr>
      <w:r>
        <w:rPr>
          <w:b/>
        </w:rPr>
        <w:lastRenderedPageBreak/>
        <w:t xml:space="preserve">•  Auxiliar de Corte / Enfestador — Betilha &amp; Local Division (2025–2026 / 2016–2018): </w:t>
      </w:r>
      <w:r>
        <w:t>Rigor em controle de qualidade, padronização de processos e pontualidade.</w:t>
      </w:r>
    </w:p>
    <w:p w14:paraId="341EDD98" w14:textId="77777777" w:rsidR="004F02D0" w:rsidRDefault="00000000">
      <w:pPr>
        <w:spacing w:after="40"/>
        <w:ind w:left="216"/>
      </w:pPr>
      <w:r>
        <w:rPr>
          <w:b/>
        </w:rPr>
        <w:t xml:space="preserve">•  Auxiliar de Expedição / Operacional — Mug Kids &amp; Pace Company (2020–2023 / 2024): </w:t>
      </w:r>
      <w:r>
        <w:t>Organização logística, controle de estoque e rastreabilidade de produtos.</w:t>
      </w:r>
    </w:p>
    <w:p w14:paraId="1F27DE5F" w14:textId="77777777" w:rsidR="004F02D0" w:rsidRDefault="00000000">
      <w:pPr>
        <w:spacing w:after="40"/>
        <w:ind w:left="216"/>
      </w:pPr>
      <w:r>
        <w:rPr>
          <w:b/>
        </w:rPr>
        <w:t xml:space="preserve">•  Gestão Comercial Autônoma — ECS Fish (2018–2020): </w:t>
      </w:r>
      <w:r>
        <w:t>Gestão autônoma, controle financeiro e atendimento focado no cliente.</w:t>
      </w:r>
    </w:p>
    <w:sectPr w:rsidR="004F02D0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014173">
    <w:abstractNumId w:val="8"/>
  </w:num>
  <w:num w:numId="2" w16cid:durableId="1705061544">
    <w:abstractNumId w:val="6"/>
  </w:num>
  <w:num w:numId="3" w16cid:durableId="941495674">
    <w:abstractNumId w:val="5"/>
  </w:num>
  <w:num w:numId="4" w16cid:durableId="730228663">
    <w:abstractNumId w:val="4"/>
  </w:num>
  <w:num w:numId="5" w16cid:durableId="1810201247">
    <w:abstractNumId w:val="7"/>
  </w:num>
  <w:num w:numId="6" w16cid:durableId="484013035">
    <w:abstractNumId w:val="3"/>
  </w:num>
  <w:num w:numId="7" w16cid:durableId="1522359478">
    <w:abstractNumId w:val="2"/>
  </w:num>
  <w:num w:numId="8" w16cid:durableId="488326815">
    <w:abstractNumId w:val="1"/>
  </w:num>
  <w:num w:numId="9" w16cid:durableId="116690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20D5"/>
    <w:rsid w:val="0029639D"/>
    <w:rsid w:val="00326F90"/>
    <w:rsid w:val="004C6034"/>
    <w:rsid w:val="004F02D0"/>
    <w:rsid w:val="0085554F"/>
    <w:rsid w:val="00AA1D8D"/>
    <w:rsid w:val="00B47730"/>
    <w:rsid w:val="00CB0664"/>
    <w:rsid w:val="00DD59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33061"/>
  <w14:defaultImageDpi w14:val="300"/>
  <w15:docId w15:val="{3A5B550F-CCA7-4584-AD33-49AD9B3E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2D3748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Currículo - Alexandre Barbosa da Silva Rossi</dc:title>
  <dc:subject>Desenvolvedor Front-End / QA / Desenvolvedor Junior</dc:subject>
  <dc:creator>Alexandre Barbosa da Silva Rossi</dc:creator>
  <cp:keywords>Desenvolvedor Junior, Front-End, QA, JavaScript, Python, PostgreSQL, Cypress, HTML5, CSS3, SQL, Git, Postman, Node.js, Análise e Desenvolvimento de Sistemas</cp:keywords>
  <dc:description>Currículo otimizado para ATS com pontuação TF-IDF.</dc:description>
  <cp:lastModifiedBy>Alexandre Rossi</cp:lastModifiedBy>
  <cp:revision>3</cp:revision>
  <dcterms:created xsi:type="dcterms:W3CDTF">2013-12-23T23:15:00Z</dcterms:created>
  <dcterms:modified xsi:type="dcterms:W3CDTF">2026-07-20T21:01:00Z</dcterms:modified>
  <cp:category/>
</cp:coreProperties>
</file>